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ASSIGNMENT OF STOCK</w:t>
      </w:r>
    </w:p>
    <w:p>
      <w:pPr>
        <w:jc w:val="center"/>
      </w:pPr>
      <w:r>
        <w:rPr>
          <w:b/>
          <w:i w:val="0"/>
        </w:rPr>
        <w:t>OF [CORPORATION NAME]</w:t>
      </w:r>
    </w:p>
    <w:p>
      <w:pPr>
        <w:ind w:firstLine="720"/>
      </w:pPr>
      <w:r>
        <w:rPr>
          <w:b w:val="0"/>
          <w:i w:val="0"/>
        </w:rPr>
        <w:t>This Assignment of Stock is between [ASSIGNOR NAME] ("Assignor") and [SPOUSE 1 NAME] and [SPOUSE 2 NAME], a married couple, as tenants by the entireties (together, "Assignees").</w:t>
      </w:r>
    </w:p>
    <w:p>
      <w:r>
        <w:rPr>
          <w:b/>
          <w:i w:val="0"/>
        </w:rPr>
        <w:t>Background</w:t>
      </w:r>
    </w:p>
    <w:p>
      <w:pPr>
        <w:ind w:firstLine="720"/>
      </w:pPr>
      <w:r>
        <w:rPr>
          <w:b w:val="0"/>
          <w:i w:val="0"/>
        </w:rPr>
        <w:t>[CORPORATION NAME] (the "Corporation") is a corporation organized under the laws of the State of Florida and registered with the Florida Division of Corporations.</w:t>
      </w:r>
    </w:p>
    <w:p>
      <w:pPr>
        <w:ind w:firstLine="720"/>
      </w:pPr>
      <w:r>
        <w:rPr>
          <w:b w:val="0"/>
          <w:i w:val="0"/>
        </w:rPr>
        <w:t>Assignor holds and owns [NUMBER OF SHARES HELD] shares of the Corporation's common stock, representing [PERCENT OF OUTSTANDING] percent of the Corporation's issued and outstanding shares.</w:t>
      </w:r>
    </w:p>
    <w:p>
      <w:pPr>
        <w:ind w:firstLine="720"/>
      </w:pPr>
      <w:r>
        <w:rPr>
          <w:b w:val="0"/>
          <w:i w:val="0"/>
        </w:rPr>
        <w:t>[ALTERNATIVE - CERTIFICATED SHARES: The assigned shares are represented by Stock Certificate No. [CERTIFICATE NUMBER] and are a certificated security within the meaning of Section 678.1021(1)(d), Florida Statutes.]</w:t>
      </w:r>
    </w:p>
    <w:p>
      <w:pPr>
        <w:ind w:firstLine="720"/>
      </w:pPr>
      <w:r>
        <w:rPr>
          <w:b w:val="0"/>
          <w:i w:val="0"/>
        </w:rPr>
        <w:t>[ALTERNATIVE - UNCERTIFICATED SHARES: No certificate has been issued for the assigned shares, which are an uncertificated security within the meaning of Section 678.1021(1)(r), Florida Statutes.]</w:t>
      </w:r>
    </w:p>
    <w:p>
      <w:pPr>
        <w:ind w:firstLine="720"/>
      </w:pPr>
      <w:r>
        <w:rPr>
          <w:b w:val="0"/>
          <w:i w:val="0"/>
        </w:rPr>
        <w:t>[OFFICER NAME] is the [OFFICER TITLE] of the Corporation.</w:t>
      </w:r>
    </w:p>
    <w:p>
      <w:pPr>
        <w:ind w:firstLine="720"/>
      </w:pPr>
      <w:r>
        <w:rPr>
          <w:b w:val="0"/>
          <w:i w:val="0"/>
        </w:rPr>
        <w:t>Assignor intends to assign [NUMBER OF SHARES ASSIGNED] of those shares to Assignees.</w:t>
      </w:r>
    </w:p>
    <w:p>
      <w:pPr>
        <w:ind w:firstLine="720"/>
      </w:pPr>
      <w:r>
        <w:rPr>
          <w:b w:val="0"/>
          <w:i w:val="0"/>
        </w:rPr>
        <w:t>The parties agree as follows:</w:t>
      </w:r>
    </w:p>
    <w:p>
      <w:pPr>
        <w:ind w:firstLine="720"/>
      </w:pPr>
      <w:r>
        <w:rPr>
          <w:b w:val="0"/>
          <w:i w:val="0"/>
        </w:rPr>
        <w:t>1. Assignor hereby assigns and transfers to Assignees all of Assignor's right, title, and interest in and to [NUMBER OF SHARES ASSIGNED] shares of the Corporation's common stock, leaving Assignor with [REMAINING SHARES - USE 0 IF ALL ARE ASSIGNED] shares. The assigned shares are owned by Assignees as tenants by the entireties, with Assignees' interests originating in this Assignment and commencing at the same time.</w:t>
      </w:r>
    </w:p>
    <w:p>
      <w:pPr>
        <w:ind w:firstLine="720"/>
      </w:pPr>
      <w:r>
        <w:rPr>
          <w:b w:val="0"/>
          <w:i w:val="0"/>
        </w:rPr>
        <w:t>[ALTERNATIVE - CERTIFICATED SHARES: 2. Assignor shall deliver Stock Certificate No. [CERTIFICATE NUMBER] to Assignees, properly endorsed for transfer, and appoints the Corporation's [OFFICER TITLE] to transfer the assigned shares on the books of the Corporation, with full power of substitution. On registration of the transfer, the Corporation shall cancel the surrendered certificate and issue a new certificate to Assignees.]</w:t>
      </w:r>
    </w:p>
    <w:p>
      <w:pPr>
        <w:ind w:firstLine="720"/>
      </w:pPr>
      <w:r>
        <w:rPr>
          <w:b w:val="0"/>
          <w:i w:val="0"/>
        </w:rPr>
        <w:t>[ALTERNATIVE - UNCERTIFICATED SHARES: 2. This Assignment instructs the Corporation to register the transfer of the assigned shares. The Corporation shall register Assignees as the registered owners of the assigned shares on its books. The assigned shares remain uncertificated unless Assignees request a certificate.]</w:t>
      </w:r>
    </w:p>
    <w:p>
      <w:pPr>
        <w:ind w:firstLine="720"/>
      </w:pPr>
      <w:r>
        <w:rPr>
          <w:b w:val="0"/>
          <w:i w:val="0"/>
        </w:rPr>
        <w:t>3. Assignor represents that Assignor owns good and valid title to the assigned shares, free and clear of any liens, pledges, security interests, options, transfer restrictions, adverse claims, or other encumbrances, and no third party has any right, title, or interest in the assigned shares except as disclosed in writing.</w:t>
      </w:r>
    </w:p>
    <w:p>
      <w:pPr>
        <w:ind w:firstLine="720"/>
      </w:pPr>
      <w:r>
        <w:rPr>
          <w:b w:val="0"/>
          <w:i w:val="0"/>
        </w:rPr>
        <w:t>4. The assignment is effective on the date of execution by all parties.</w:t>
      </w:r>
    </w:p>
    <w:p>
      <w:pPr>
        <w:ind w:firstLine="720"/>
      </w:pPr>
      <w:r>
        <w:rPr>
          <w:b w:val="0"/>
          <w:i w:val="0"/>
        </w:rPr>
        <w:t>5. By signing below, Assignees accept the assignment.</w:t>
      </w:r>
    </w:p>
    <w:p>
      <w:pPr>
        <w:ind w:firstLine="720"/>
      </w:pPr>
      <w:r>
        <w:rPr>
          <w:b w:val="0"/>
          <w:i w:val="0"/>
        </w:rPr>
        <w:t>6. By signing below, [OFFICER NAME], as [OFFICER TITLE] of the Corporation, consents to and approves the assignment on behalf of the Corporation and shall register the transfer on the books of the Corporation.</w:t>
      </w:r>
    </w:p>
    <w:p>
      <w:pPr>
        <w:ind w:firstLine="720"/>
      </w:pPr>
      <w:r>
        <w:rPr>
          <w:b w:val="0"/>
          <w:i w:val="0"/>
        </w:rPr>
        <w:t>7. Assignor shall execute any additional documents and take any further actions reasonably necessary to complete the transfer of the assigned shares and to vest ownership in Assignees, including any endorsement, stock power, or instruction that the Corporation requires.</w:t>
      </w:r>
    </w:p>
    <w:p>
      <w:pPr>
        <w:jc w:val="center"/>
      </w:pPr>
      <w:r>
        <w:rPr>
          <w:b w:val="0"/>
          <w:i w:val="0"/>
        </w:rPr>
        <w:t>SIGNATURE PAGE FOLLOWS</w:t>
      </w:r>
    </w:p>
    <w:p>
      <w:r>
        <w:br w:type="page"/>
      </w:r>
    </w:p>
    <w:p>
      <w:r>
        <w:rPr>
          <w:b/>
          <w:i w:val="0"/>
        </w:rPr>
        <w:t>ASSIGNOR</w:t>
      </w:r>
    </w:p>
    <w:p>
      <w:r>
        <w:rPr>
          <w:b w:val="0"/>
          <w:i w:val="0"/>
        </w:rPr>
        <w:t>_________________________________          Date: _______________</w:t>
      </w:r>
    </w:p>
    <w:p>
      <w:r>
        <w:rPr>
          <w:b w:val="0"/>
          <w:i w:val="0"/>
        </w:rPr>
        <w:t>[ASSIGNOR NAME]</w:t>
      </w:r>
    </w:p>
    <w:p>
      <w:r>
        <w:rPr>
          <w:b/>
          <w:i w:val="0"/>
        </w:rPr>
        <w:t>ASSIGNEES</w:t>
      </w:r>
    </w:p>
    <w:p>
      <w:r>
        <w:rPr>
          <w:b w:val="0"/>
          <w:i w:val="0"/>
        </w:rPr>
        <w:t>_________________________________          Date: _______________</w:t>
      </w:r>
    </w:p>
    <w:p>
      <w:r>
        <w:rPr>
          <w:b w:val="0"/>
          <w:i w:val="0"/>
        </w:rPr>
        <w:t>[SPOUSE 1 NAME], as tenant by the entireties</w:t>
      </w:r>
    </w:p>
    <w:p>
      <w:r>
        <w:rPr>
          <w:b w:val="0"/>
          <w:i w:val="0"/>
        </w:rPr>
        <w:t>_________________________________          Date: _______________</w:t>
      </w:r>
    </w:p>
    <w:p>
      <w:r>
        <w:rPr>
          <w:b w:val="0"/>
          <w:i w:val="0"/>
        </w:rPr>
        <w:t>[SPOUSE 2 NAME], as tenant by the entireties</w:t>
      </w:r>
    </w:p>
    <w:p>
      <w:r>
        <w:rPr>
          <w:b/>
          <w:i w:val="0"/>
        </w:rPr>
        <w:t>[OFFICER TITLE - ALL CAPS] OF [CORPORATION NAME]</w:t>
      </w:r>
    </w:p>
    <w:p>
      <w:r>
        <w:rPr>
          <w:b w:val="0"/>
          <w:i w:val="0"/>
        </w:rPr>
        <w:t>_________________________________          Date: _______________</w:t>
      </w:r>
    </w:p>
    <w:p>
      <w:r>
        <w:rPr>
          <w:b w:val="0"/>
          <w:i w:val="0"/>
        </w:rPr>
        <w:t>[OFFICER NAME], [OFFICER TITLE] of [CORPORATION NAME]</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Stock</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