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CERTIFICATION OF TRUST for the [TRUST NAME] dated ___, 20___</w:t>
      </w:r>
    </w:p>
    <w:p>
      <w:r>
        <w:t>The undersigned, the currently acting Trustee of the trust named above, certifies the following under section 736.1017, Florida Statutes:</w:t>
      </w:r>
    </w:p>
    <w:p>
      <w:r>
        <w:t>1. The settlor (Trustmaker) of the trust is [SETTLOR NAME]. The trust is revocable, and the Trustmaker holds the power to revoke it.</w:t>
      </w:r>
    </w:p>
    <w:p>
      <w:r>
        <w:t>2. The currently acting Trustee of the trust is [TRUSTEE NAME], whose address is [TRUSTEE ADDRESS].</w:t>
      </w:r>
    </w:p>
    <w:p>
      <w:r>
        <w:t>3. Upon the incapacity or death of the currently acting Trustee, the successor Trustees are [SUCCESSOR TRUSTEE 1] and then [SUCCESSOR TRUSTEE 2], in that order.</w:t>
      </w:r>
    </w:p>
    <w:p>
      <w:r>
        <w:t>4. The tax identification number of the trust is the Social Security number of [NAME].</w:t>
      </w:r>
    </w:p>
    <w:p>
      <w:r>
        <w:t>5. Title to trust assets is taken in the following form: "[TRUSTEE NAME], Trustee of the [TRUST NAME] dated ___, 20___, and any amendments thereto."</w:t>
      </w:r>
    </w:p>
    <w:p>
      <w:r>
        <w:t>6. The Trustee's powers include the power to acquire, sell, convey, pledge, encumber, lease, borrow, and manage real and personal property. Excerpts from the trust instrument establishing the trust and the Trustee's powers will be furnished on request.</w:t>
      </w:r>
    </w:p>
    <w:p>
      <w:r>
        <w:t>7. The trust contains no powers of direction, and no trust directors are serving.</w:t>
      </w:r>
    </w:p>
    <w:p>
      <w:r>
        <w:t>8. [TRUSTEE NAME] is the only Trustee serving and may sign or otherwise authenticate on behalf of the trust without the joinder of any other person.</w:t>
      </w:r>
    </w:p>
    <w:p>
      <w:r>
        <w:t>9. A third party may rely on this Certification of Trust and need not inquire into the terms of the trust.</w:t>
      </w:r>
    </w:p>
    <w:p>
      <w:r>
        <w:t>10. The trust has not been revoked, modified, or amended in any manner that would cause the representations in this Certification of Trust to be incorrect.</w:t>
      </w:r>
    </w:p>
    <w:p>
      <w:r>
        <w:t>Date: ____________</w:t>
      </w:r>
    </w:p>
    <w:p>
      <w:r>
        <w:t>______________________________</w:t>
      </w:r>
    </w:p>
    <w:p>
      <w:r>
        <w:t>[TRUSTEE NAME], Trustee</w:t>
      </w:r>
    </w:p>
    <w:p>
      <w:r>
        <w:t>STATE OF FLORIDA</w:t>
      </w:r>
    </w:p>
    <w:p>
      <w:r>
        <w:t>COUNTY OF ______________</w:t>
      </w:r>
    </w:p>
    <w:p>
      <w:r>
        <w:t>The foregoing instrument was acknowledged before me by means of ☐ physical presence or ☐ online notarization, this ____ day of __________, 20___, by [TRUSTEE NAME], as Trustee of the [TRUST NAME] dated ___, 20___, who is personally known to me or who has produced ______________ as identification.</w:t>
      </w:r>
    </w:p>
    <w:p>
      <w:r>
        <w:t>______________________________</w:t>
      </w:r>
    </w:p>
    <w:p>
      <w:r>
        <w:t>Notary Public, State of Florida</w:t>
      </w:r>
    </w:p>
    <w:p>
      <w:r>
        <w:t>My commission expires: ____________</w:t>
      </w:r>
    </w:p>
    <w:p/>
    <w:p>
      <w:r>
        <w:rPr>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of Trust</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