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DECLARATION OF DOMICILE</w:t>
      </w:r>
    </w:p>
    <w:p>
      <w:r>
        <w:t>Before the undersigned officer authorized to administer oaths, personally appeared [FULL LEGAL NAME], who, first being duly sworn, says:</w:t>
      </w:r>
    </w:p>
    <w:p>
      <w:r>
        <w:t>1. I am a bona fide resident of the State of Florida. I reside in and maintain a place of abode at [STREET ADDRESS, CITY, COUNTY], Florida, which I recognize and intend to maintain as my permanent home.</w:t>
      </w:r>
    </w:p>
    <w:p>
      <w:r>
        <w:t>2. I formerly resided at [FORMER CITY, COUNTY, STATE].</w:t>
      </w:r>
    </w:p>
    <w:p>
      <w:r>
        <w:t>3. [OPTIONAL — include if you keep a home outside Florida] I also maintain a place of abode at [STREET ADDRESS, CITY, STATE]. My place of abode in the State of Florida constitutes my predominant and principal home, and I intend to continue it permanently as my predominant and principal home.</w:t>
      </w:r>
    </w:p>
    <w:p>
      <w:r>
        <w:t>4. Except as stated above, I maintain no other place of abode.</w:t>
      </w:r>
    </w:p>
    <w:p>
      <w:r>
        <w:t>________________________________</w:t>
      </w:r>
    </w:p>
    <w:p>
      <w:r>
        <w:t>[FULL LEGAL NAME], Declarant</w:t>
      </w:r>
    </w:p>
    <w:p>
      <w:r>
        <w:t>STATE OF FLORIDA</w:t>
      </w:r>
    </w:p>
    <w:p>
      <w:r>
        <w:t>COUNTY OF ______________</w:t>
      </w:r>
    </w:p>
    <w:p>
      <w:r>
        <w:t>Sworn to (or affirmed) and subscribed before me by means of ☐ physical presence or ☐ online notarization, this ____ day of ______________, 20____, by [FULL LEGAL NAME], who is personally known to me or who has produced ______________________ as identification.</w:t>
      </w:r>
    </w:p>
    <w:p>
      <w:r>
        <w:t>________________________________</w:t>
      </w:r>
    </w:p>
    <w:p>
      <w:r>
        <w:t>Notary Public, State of Florida</w:t>
      </w:r>
    </w:p>
    <w:p>
      <w:r>
        <w:t>Print, type, or stamp commissioned name: ______________________</w:t>
      </w:r>
    </w:p>
    <w:p>
      <w:r>
        <w:t>My commission expires: ______________</w:t>
      </w:r>
    </w:p>
    <w:p/>
    <w:p>
      <w:r>
        <w:rPr>
          <w:i/>
          <w:sz w:val="16"/>
        </w:rPr>
        <w:t>This sample form is for general information only. It is not legal advice, and using it does not create an attorney-client relationship with Alper Law.  |  alperlaw.com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