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rPr>
          <w:trHeight w:val="4320" w:hRule="atLeast"/>
        </w:trPr>
        <w:tc>
          <w:tcPr>
            <w:tcW w:type="dxa" w:w="4320"/>
          </w:tcPr>
          <w:p>
            <w:r>
              <w:t>This instrument prepared by:</w:t>
            </w:r>
          </w:p>
          <w:p>
            <w:r>
              <w:rPr>
                <w:b w:val="0"/>
                <w:i w:val="0"/>
              </w:rPr>
              <w:t>[NAME]</w:t>
            </w:r>
          </w:p>
          <w:p>
            <w:r>
              <w:rPr>
                <w:b w:val="0"/>
                <w:i w:val="0"/>
              </w:rPr>
              <w:t>[STREET ADDRESS]</w:t>
            </w:r>
          </w:p>
          <w:p>
            <w:r>
              <w:rPr>
                <w:b w:val="0"/>
                <w:i w:val="0"/>
              </w:rPr>
              <w:t>[CITY], [STATE] [ZIP]</w:t>
            </w:r>
          </w:p>
        </w:tc>
        <w:tc>
          <w:tcPr>
            <w:tcW w:type="dxa" w:w="4320"/>
          </w:tcPr>
          <w:p/>
        </w:tc>
      </w:tr>
    </w:tbl>
    <w:p>
      <w:pPr>
        <w:jc w:val="center"/>
      </w:pPr>
      <w:r>
        <w:rPr>
          <w:b/>
          <w:i w:val="0"/>
        </w:rPr>
        <w:t>DESIGNATION OF HOMESTEAD</w:t>
      </w:r>
    </w:p>
    <w:p>
      <w:pPr>
        <w:jc w:val="center"/>
      </w:pPr>
      <w:r>
        <w:rPr>
          <w:b/>
          <w:i w:val="0"/>
        </w:rPr>
        <w:t>DESIGNATION OF HOMESTEAD</w:t>
      </w:r>
    </w:p>
    <w:p>
      <w:r>
        <w:rPr>
          <w:b w:val="0"/>
          <w:i w:val="0"/>
        </w:rPr>
        <w:t>The undersigned, [NAME OF OWNER], a natural person residing in the State of Florida, claims the property described below as a homestead exempt from forced sale under Section 4, Article X of the Florida Constitution.</w:t>
      </w:r>
    </w:p>
    <w:p>
      <w:r>
        <w:rPr>
          <w:b w:val="0"/>
          <w:i w:val="0"/>
        </w:rPr>
        <w:t>1. Property claimed. The property claimed as homestead is:</w:t>
      </w:r>
    </w:p>
    <w:p>
      <w:pPr>
        <w:ind w:left="360"/>
      </w:pPr>
      <w:r>
        <w:rPr>
          <w:b w:val="0"/>
          <w:i w:val="0"/>
        </w:rPr>
        <w:t>☐ Real property in [____] County, Florida, described as:</w:t>
      </w:r>
    </w:p>
    <w:p>
      <w:pPr>
        <w:ind w:left="720"/>
      </w:pPr>
      <w:r>
        <w:rPr>
          <w:b w:val="0"/>
          <w:i w:val="0"/>
        </w:rPr>
        <w:t>[LEGAL DESCRIPTION]</w:t>
      </w:r>
    </w:p>
    <w:p>
      <w:pPr>
        <w:ind w:left="720"/>
      </w:pPr>
      <w:r>
        <w:rPr>
          <w:b w:val="0"/>
          <w:i w:val="0"/>
        </w:rPr>
        <w:t>Street address: [STREET ADDRESS], [CITY], Florida [ZIP]</w:t>
      </w:r>
    </w:p>
    <w:p>
      <w:pPr>
        <w:ind w:left="720"/>
      </w:pPr>
      <w:r>
        <w:rPr>
          <w:b w:val="0"/>
          <w:i w:val="0"/>
        </w:rPr>
        <w:t>Tax identification parcel number: [____]</w:t>
      </w:r>
    </w:p>
    <w:p>
      <w:pPr>
        <w:ind w:left="360"/>
      </w:pPr>
      <w:r>
        <w:rPr>
          <w:b w:val="0"/>
          <w:i w:val="0"/>
        </w:rPr>
        <w:t>☐ A mobile home or modular home located in [____] County, Florida:</w:t>
      </w:r>
    </w:p>
    <w:p>
      <w:pPr>
        <w:ind w:left="720"/>
      </w:pPr>
      <w:r>
        <w:rPr>
          <w:b w:val="0"/>
          <w:i w:val="0"/>
        </w:rPr>
        <w:t>Year, make, and model: [____]</w:t>
      </w:r>
    </w:p>
    <w:p>
      <w:pPr>
        <w:ind w:left="720"/>
      </w:pPr>
      <w:r>
        <w:rPr>
          <w:b w:val="0"/>
          <w:i w:val="0"/>
        </w:rPr>
        <w:t>Identification or serial number: [____]</w:t>
      </w:r>
    </w:p>
    <w:p>
      <w:pPr>
        <w:ind w:left="720"/>
      </w:pPr>
      <w:r>
        <w:rPr>
          <w:b w:val="0"/>
          <w:i w:val="0"/>
        </w:rPr>
        <w:t>Title or decal number: [____]</w:t>
      </w:r>
    </w:p>
    <w:p>
      <w:pPr>
        <w:ind w:left="720"/>
      </w:pPr>
      <w:r>
        <w:rPr>
          <w:b w:val="0"/>
          <w:i w:val="0"/>
        </w:rPr>
        <w:t>Located at: [STREET ADDRESS], [CITY], Florida [ZIP]</w:t>
      </w:r>
    </w:p>
    <w:p>
      <w:r>
        <w:rPr>
          <w:b w:val="0"/>
          <w:i w:val="0"/>
        </w:rPr>
        <w:t>2. Declaration. The property described in paragraph 1 is the homestead of [NAME OF OWNER].</w:t>
      </w:r>
    </w:p>
    <w:p>
      <w:r>
        <w:rPr>
          <w:b w:val="0"/>
          <w:i w:val="0"/>
        </w:rPr>
        <w:t>3. Residence. The undersigned has resided on the property described in paragraph 1 as a permanent residence since [DATE].</w:t>
      </w:r>
    </w:p>
    <w:p>
      <w:r>
        <w:rPr>
          <w:b w:val="0"/>
          <w:i w:val="0"/>
        </w:rPr>
        <w:t>Dated on _______________.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[NAME OF OWNER]</w:t>
      </w:r>
    </w:p>
    <w:p>
      <w:r>
        <w:rPr>
          <w:b w:val="0"/>
          <w:i w:val="0"/>
        </w:rPr>
        <w:t>Address: _______________________________</w:t>
      </w:r>
    </w:p>
    <w:p>
      <w:r>
        <w:rPr>
          <w:b w:val="0"/>
          <w:i w:val="0"/>
        </w:rPr>
        <w:t>STATE OF FLORIDA</w:t>
      </w:r>
    </w:p>
    <w:p>
      <w:r>
        <w:rPr>
          <w:b w:val="0"/>
          <w:i w:val="0"/>
        </w:rPr>
        <w:t>COUNTY OF [____]</w:t>
      </w:r>
    </w:p>
    <w:p>
      <w:r>
        <w:rPr>
          <w:b w:val="0"/>
          <w:i w:val="0"/>
        </w:rPr>
        <w:t>The foregoing instrument was acknowledged before me by means of ☐ physical presence or ☐ online notarization, this ____ day of ______________, ______, by [NAME OF OWNER].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(Signature of Notary Public - State of Florida)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(Print, Type, or Stamp Commissioned Name of Notary Public)</w:t>
      </w:r>
    </w:p>
    <w:p>
      <w:r>
        <w:rPr>
          <w:b w:val="0"/>
          <w:i w:val="0"/>
        </w:rPr>
        <w:t>Personally Known ________ OR Produced Identification ________</w:t>
      </w:r>
    </w:p>
    <w:p>
      <w:r>
        <w:rPr>
          <w:b w:val="0"/>
          <w:i w:val="0"/>
        </w:rPr>
        <w:t>Type of Identification Produced ______________________________</w:t>
      </w:r>
    </w:p>
    <w:p>
      <w:r>
        <w:rPr>
          <w:b w:val="0"/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Designation of Homestead</dc:title>
  <dc:subject/>
  <dc:creator>Alper Law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