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IN THE [COUNTY COURT / CIRCUIT COURT OF THE [____] JUDICIAL CIRCUIT] IN AND FOR [____] COUNTY, FLORIDA</w:t>
      </w:r>
    </w:p>
    <w:p>
      <w:r>
        <w:t>[NAME OF PLAINTIFF],</w:t>
      </w:r>
    </w:p>
    <w:p>
      <w:r>
        <w:t>Plaintiff,</w:t>
      </w:r>
    </w:p>
    <w:p>
      <w:r>
        <w:t>v.      Case No.: [CASE NUMBER]</w:t>
      </w:r>
    </w:p>
    <w:p>
      <w:r>
        <w:t>[NAME OF DEFENDANT],</w:t>
      </w:r>
    </w:p>
    <w:p>
      <w:r>
        <w:t>Defendant,</w:t>
      </w:r>
    </w:p>
    <w:p>
      <w:r>
        <w:t>and</w:t>
      </w:r>
    </w:p>
    <w:p>
      <w:r>
        <w:t>[NAME OF GARNISHEE (EMPLOYER)],</w:t>
      </w:r>
    </w:p>
    <w:p>
      <w:r>
        <w:t>Garnishee.</w:t>
      </w:r>
    </w:p>
    <w:p>
      <w:r>
        <w:t>_____________________________________/</w:t>
      </w:r>
    </w:p>
    <w:p>
      <w:r>
        <w:t>AFFIDAVIT OF HEAD OF FAMILY EXEMPTION FROM GARNISHMENT</w:t>
      </w:r>
    </w:p>
    <w:p>
      <w:r>
        <w:t>BEFORE ME, the undersigned authority, personally appeared [NAME OF AFFIANT] ("Affiant"), who, being first duly sworn, deposes and says:</w:t>
      </w:r>
    </w:p>
    <w:p>
      <w:r>
        <w:t>1. I am the Defendant in this action. A writ of garnishment directed to my earnings has been served on the Garnishee, my employer.</w:t>
      </w:r>
    </w:p>
    <w:p>
      <w:r>
        <w:t>2. I provide more than one-half of the support for [NAME OF DEPENDENT], my [child / spouse / parent / other dependent — state relationship], and I am therefore a head of family under section 222.11, Florida Statutes.</w:t>
      </w:r>
    </w:p>
    <w:p>
      <w:r>
        <w:t>3. My disposable earnings are $[AMOUNT] per week. Disposable earnings are the earnings that remain after deduction of the amounts required by law to be withheld; my gross earnings before those deductions are $[AMOUNT] per week.</w:t>
      </w:r>
    </w:p>
    <w:p>
      <w:r>
        <w:t>4. (Check one:)</w:t>
      </w:r>
    </w:p>
    <w:p>
      <w:r>
        <w:t>☐ My disposable earnings are $750 a week or less, and all of my disposable earnings are exempt from attachment and garnishment.</w:t>
      </w:r>
    </w:p>
    <w:p>
      <w:r>
        <w:t>☐ My disposable earnings are greater than $750 a week, and my disposable earnings are exempt from attachment and garnishment because I have not agreed in writing to waive the exemption.</w:t>
      </w:r>
    </w:p>
    <w:p>
      <w:r>
        <w:t>5. The garnished earnings are compensation paid or payable, in money of a sum certain, for my personal services or labor, whether denominated as wages, salary, commission, or bonus.</w:t>
      </w:r>
    </w:p>
    <w:p>
      <w:r>
        <w:t>6. I have not agreed in writing to allow the garnishment or attachment of my wages. [IF PLAINTIFF RELIES ON A SIGNED WAIVER, REPLACE THE SENTENCE ABOVE WITH: The document Plaintiff relies on as a waiver, [IDENTIFY THE DOCUMENT AND THE DATE SIGNED], does not meet the requirements of section 222.11(2)(b), Florida Statutes, because [STATE THE FACTS: it was not contained in a separate document attached to the agreement; it was not printed in at least 14-point type; it was not written in the same language as the agreement; or its wording departs from the form the statute sets out].]</w:t>
      </w:r>
    </w:p>
    <w:p>
      <w:r>
        <w:t>7. Copies of my [pay stubs] are attached as Exhibit A. [A ledger of the support I provide for my dependent / receipts and records of household expenses I pay] [is / are] attached as Exhibit B.</w:t>
      </w:r>
    </w:p>
    <w:p>
      <w:r>
        <w:t>8. I request that the court dissolve the writ of garnishment and order the release of any earnings withheld under it.</w:t>
      </w:r>
    </w:p>
    <w:p>
      <w:r>
        <w:t>FURTHER AFFIANT SAYETH NAUGHT.</w:t>
      </w:r>
    </w:p>
    <w:p>
      <w:r>
        <w:t>_______________________________</w:t>
      </w:r>
    </w:p>
    <w:p>
      <w:r>
        <w:t>[NAME OF AFFIANT], Affiant</w:t>
      </w:r>
    </w:p>
    <w:p>
      <w:r>
        <w:t>STATE OF FLORIDA</w:t>
      </w:r>
    </w:p>
    <w:p>
      <w:r>
        <w:t>COUNTY OF [____]</w:t>
      </w:r>
    </w:p>
    <w:p>
      <w:r>
        <w:t>Sworn to (or affirmed) and subscribed before me by means of ☐ physical presence or ☐ online notarization, this ____ day of __________, 20____, by [NAME OF AFFIANT].</w:t>
      </w:r>
    </w:p>
    <w:p>
      <w:r>
        <w:t>_______________________________</w:t>
      </w:r>
    </w:p>
    <w:p>
      <w:r>
        <w:t>(Signature of Notary Public - State of Florida)</w:t>
      </w:r>
    </w:p>
    <w:p>
      <w:r>
        <w:t>_______________________________</w:t>
      </w:r>
    </w:p>
    <w:p>
      <w:r>
        <w:t>(Print, Type, or Stamp Commissioned Name of Notary Public)</w:t>
      </w:r>
    </w:p>
    <w:p>
      <w:r>
        <w:t>Personally Known ___ OR Produced Identification ___ Type of Identification Produced ___</w:t>
      </w:r>
    </w:p>
    <w:p/>
    <w:p>
      <w:r>
        <w:rPr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