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</w:rPr>
        <w:t>NOTICE DESIGNATING HOMESTEAD AFTER LEVY</w:t>
      </w:r>
    </w:p>
    <w:p>
      <w:r>
        <w:rPr>
          <w:b w:val="0"/>
          <w:i w:val="0"/>
        </w:rPr>
        <w:t>TO:  [NAME OF SHERIFF OR OTHER LEVYING OFFICER]</w:t>
      </w:r>
    </w:p>
    <w:p>
      <w:pPr>
        <w:ind w:left="600"/>
      </w:pPr>
      <w:r>
        <w:rPr>
          <w:b w:val="0"/>
          <w:i w:val="0"/>
        </w:rPr>
        <w:t>[OFFICE AND ADDRESS]</w:t>
      </w:r>
    </w:p>
    <w:p>
      <w:r>
        <w:rPr>
          <w:b w:val="0"/>
          <w:i w:val="0"/>
        </w:rPr>
        <w:t>RE:  [NAME OF PLAINTIFF] v. [NAME OF DEFENDANT]</w:t>
      </w:r>
    </w:p>
    <w:p>
      <w:pPr>
        <w:ind w:left="600"/>
      </w:pPr>
      <w:r>
        <w:rPr>
          <w:b w:val="0"/>
          <w:i w:val="0"/>
        </w:rPr>
        <w:t>Case No.: [CASE NUMBER]</w:t>
      </w:r>
    </w:p>
    <w:p>
      <w:pPr>
        <w:ind w:left="600"/>
      </w:pPr>
      <w:r>
        <w:rPr>
          <w:b w:val="0"/>
          <w:i w:val="0"/>
        </w:rPr>
        <w:t>[COUNTY COURT / CIRCUIT COURT OF THE [____] JUDICIAL CIRCUIT]</w:t>
      </w:r>
    </w:p>
    <w:p>
      <w:pPr>
        <w:ind w:left="600"/>
      </w:pPr>
      <w:r>
        <w:rPr>
          <w:b w:val="0"/>
          <w:i w:val="0"/>
        </w:rPr>
        <w:t>in and for [____] County, Florida</w:t>
      </w:r>
    </w:p>
    <w:p>
      <w:pPr>
        <w:ind w:left="600"/>
      </w:pPr>
      <w:r>
        <w:rPr>
          <w:b w:val="0"/>
          <w:i w:val="0"/>
        </w:rPr>
        <w:t>Levy made on: [DATE OF LEVY]</w:t>
      </w:r>
    </w:p>
    <w:p>
      <w:pPr>
        <w:ind w:left="600"/>
      </w:pPr>
      <w:r>
        <w:rPr>
          <w:b w:val="0"/>
          <w:i w:val="0"/>
        </w:rPr>
        <w:t>Sale scheduled for: [DATE OF SALE]</w:t>
      </w:r>
    </w:p>
    <w:p>
      <w:pPr>
        <w:jc w:val="center"/>
      </w:pPr>
      <w:r>
        <w:rPr>
          <w:b/>
          <w:i w:val="0"/>
        </w:rPr>
        <w:t>NOTICE DESIGNATING HOMESTEAD AFTER LEVY</w:t>
      </w:r>
    </w:p>
    <w:p>
      <w:r>
        <w:rPr>
          <w:b w:val="0"/>
          <w:i w:val="0"/>
        </w:rPr>
        <w:t>The undersigned, [NAME OF OWNER], being duly sworn, states as follows.</w:t>
      </w:r>
    </w:p>
    <w:p>
      <w:r>
        <w:rPr>
          <w:b w:val="0"/>
          <w:i w:val="0"/>
        </w:rPr>
        <w:t>1. The levy. On [DATE OF LEVY] a levy was made under the writ in the above case upon the following land in [____] County, Florida:</w:t>
      </w:r>
    </w:p>
    <w:p>
      <w:pPr>
        <w:ind w:left="360"/>
      </w:pPr>
      <w:r>
        <w:rPr>
          <w:b w:val="0"/>
          <w:i w:val="0"/>
        </w:rPr>
        <w:t>[LEGAL DESCRIPTION OF THE LAND LEVIED ON]</w:t>
      </w:r>
    </w:p>
    <w:p>
      <w:pPr>
        <w:ind w:left="360"/>
      </w:pPr>
      <w:r>
        <w:rPr>
          <w:b w:val="0"/>
          <w:i w:val="0"/>
        </w:rPr>
        <w:t>Street address: [STREET ADDRESS], [CITY], Florida [ZIP]</w:t>
      </w:r>
    </w:p>
    <w:p>
      <w:pPr>
        <w:ind w:left="360"/>
      </w:pPr>
      <w:r>
        <w:rPr>
          <w:b w:val="0"/>
          <w:i w:val="0"/>
        </w:rPr>
        <w:t>Tax identification parcel number: [____]</w:t>
      </w:r>
    </w:p>
    <w:p>
      <w:r>
        <w:rPr>
          <w:b w:val="0"/>
          <w:i w:val="0"/>
        </w:rPr>
        <w:t>2. What the undersigned regards as the homestead. The undersigned regards the following as the undersigned's homestead:</w:t>
      </w:r>
    </w:p>
    <w:p>
      <w:pPr>
        <w:ind w:left="360"/>
      </w:pPr>
      <w:r>
        <w:rPr>
          <w:b w:val="0"/>
          <w:i w:val="0"/>
        </w:rPr>
        <w:t>☐ All of the land described in paragraph 1.</w:t>
      </w:r>
    </w:p>
    <w:p>
      <w:pPr>
        <w:ind w:left="360"/>
      </w:pPr>
      <w:r>
        <w:rPr>
          <w:b w:val="0"/>
          <w:i w:val="0"/>
        </w:rPr>
        <w:t>☐ The following portion of the land described in paragraph 1:</w:t>
      </w:r>
    </w:p>
    <w:p>
      <w:pPr>
        <w:ind w:left="720"/>
      </w:pPr>
      <w:r>
        <w:rPr>
          <w:b w:val="0"/>
          <w:i w:val="0"/>
        </w:rPr>
        <w:t>[LEGAL DESCRIPTION OF THE PORTION CLAIMED]</w:t>
      </w:r>
    </w:p>
    <w:p>
      <w:pPr>
        <w:ind w:left="720"/>
      </w:pPr>
      <w:r>
        <w:rPr>
          <w:b w:val="0"/>
          <w:i w:val="0"/>
        </w:rPr>
        <w:t>Street address: [STREET ADDRESS], [CITY], Florida [ZIP]</w:t>
      </w:r>
    </w:p>
    <w:p>
      <w:r>
        <w:rPr>
          <w:b w:val="0"/>
          <w:i w:val="0"/>
        </w:rPr>
        <w:t>3. Residence. The undersigned owns the property described in paragraph 2 and has resided on it as a permanent residence since [DATE].</w:t>
      </w:r>
    </w:p>
    <w:p>
      <w:r>
        <w:rPr>
          <w:b w:val="0"/>
          <w:i w:val="0"/>
        </w:rPr>
        <w:t>Dated on _______________.</w:t>
      </w:r>
    </w:p>
    <w:p>
      <w:r>
        <w:rPr>
          <w:b w:val="0"/>
          <w:i w:val="0"/>
        </w:rPr>
        <w:t>_________________________________</w:t>
      </w:r>
    </w:p>
    <w:p>
      <w:r>
        <w:rPr>
          <w:b w:val="0"/>
          <w:i w:val="0"/>
        </w:rPr>
        <w:t>[NAME OF OWNER]</w:t>
      </w:r>
    </w:p>
    <w:p>
      <w:r>
        <w:rPr>
          <w:b w:val="0"/>
          <w:i w:val="0"/>
        </w:rPr>
        <w:t>Address: _______________________________</w:t>
      </w:r>
    </w:p>
    <w:p>
      <w:r>
        <w:rPr>
          <w:b w:val="0"/>
          <w:i w:val="0"/>
        </w:rPr>
        <w:t>Telephone: _____________________________</w:t>
      </w:r>
    </w:p>
    <w:p>
      <w:r>
        <w:rPr>
          <w:b w:val="0"/>
          <w:i w:val="0"/>
        </w:rPr>
        <w:t>STATE OF FLORIDA</w:t>
      </w:r>
    </w:p>
    <w:p>
      <w:r>
        <w:rPr>
          <w:b w:val="0"/>
          <w:i w:val="0"/>
        </w:rPr>
        <w:t>COUNTY OF [____]</w:t>
      </w:r>
    </w:p>
    <w:p>
      <w:r>
        <w:rPr>
          <w:b w:val="0"/>
          <w:i w:val="0"/>
        </w:rPr>
        <w:t>Sworn to (or affirmed) and subscribed before me by means of ☐ physical presence or ☐ online notarization, this ____ day of ______________, ______, by [NAME OF OWNER].</w:t>
      </w:r>
    </w:p>
    <w:p>
      <w:r>
        <w:rPr>
          <w:b w:val="0"/>
          <w:i w:val="0"/>
        </w:rPr>
        <w:t>_________________________________</w:t>
      </w:r>
    </w:p>
    <w:p>
      <w:r>
        <w:rPr>
          <w:b w:val="0"/>
          <w:i w:val="0"/>
        </w:rPr>
        <w:t>(Signature of Notary Public - State of Florida)</w:t>
      </w:r>
    </w:p>
    <w:p>
      <w:r>
        <w:rPr>
          <w:b w:val="0"/>
          <w:i w:val="0"/>
        </w:rPr>
        <w:t>_________________________________</w:t>
      </w:r>
    </w:p>
    <w:p>
      <w:r>
        <w:rPr>
          <w:b w:val="0"/>
          <w:i w:val="0"/>
        </w:rPr>
        <w:t>(Print, Type, or Stamp Commissioned Name of Notary Public)</w:t>
      </w:r>
    </w:p>
    <w:p>
      <w:r>
        <w:rPr>
          <w:b w:val="0"/>
          <w:i w:val="0"/>
        </w:rPr>
        <w:t>Personally Known ________ OR Produced Identification ________</w:t>
      </w:r>
    </w:p>
    <w:p>
      <w:r>
        <w:rPr>
          <w:b w:val="0"/>
          <w:i w:val="0"/>
        </w:rPr>
        <w:t>Type of Identification Produced ______________________________</w:t>
      </w:r>
    </w:p>
    <w:p>
      <w:r>
        <w:rPr>
          <w:b w:val="0"/>
          <w:i/>
          <w:sz w:val="16"/>
        </w:rPr>
        <w:t>This sample form is for general information only. It is not legal advice, and using it does not create an attorney-client relationship with Alper Law.  |  alperlaw.com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Designating Homestead After Levy</dc:title>
  <dc:subject/>
  <dc:creator>Alper Law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