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rHeight w:val="4320" w:hRule="atLeast"/>
        </w:trPr>
        <w:tc>
          <w:tcPr>
            <w:tcW w:type="dxa" w:w="4320"/>
          </w:tcPr>
          <w:p>
            <w:r>
              <w:t>Return to:</w:t>
            </w:r>
          </w:p>
          <w:p>
            <w:r>
              <w:rPr>
                <w:b w:val="0"/>
                <w:i w:val="0"/>
              </w:rPr>
              <w:t>[RETURN TO NAME]</w:t>
            </w:r>
          </w:p>
          <w:p>
            <w:r>
              <w:rPr>
                <w:b w:val="0"/>
                <w:i w:val="0"/>
              </w:rPr>
              <w:t>[RETURN TO STREET ADDRESS]</w:t>
            </w:r>
          </w:p>
          <w:p>
            <w:r>
              <w:rPr>
                <w:b w:val="0"/>
                <w:i w:val="0"/>
              </w:rPr>
              <w:t>[RETURN TO CITY, STATE ZIP]</w:t>
            </w:r>
          </w:p>
          <w:p>
            <w:r>
              <w:rPr>
                <w:b w:val="0"/>
                <w:i w:val="0"/>
              </w:rPr>
            </w:r>
          </w:p>
          <w:p>
            <w:r>
              <w:rPr>
                <w:b w:val="0"/>
                <w:i w:val="0"/>
              </w:rPr>
              <w:t>Prepared by:</w:t>
            </w:r>
          </w:p>
          <w:p>
            <w:r>
              <w:rPr>
                <w:b w:val="0"/>
                <w:i w:val="0"/>
              </w:rPr>
              <w:t>[PREPARER NAME]</w:t>
            </w:r>
          </w:p>
          <w:p>
            <w:r>
              <w:rPr>
                <w:b w:val="0"/>
                <w:i w:val="0"/>
              </w:rPr>
              <w:t>[PREPARER STREET ADDRESS]</w:t>
            </w:r>
          </w:p>
          <w:p>
            <w:r>
              <w:rPr>
                <w:b w:val="0"/>
                <w:i w:val="0"/>
              </w:rPr>
              <w:t>[PREPARER CITY, STATE ZIP]</w:t>
            </w:r>
          </w:p>
        </w:tc>
        <w:tc>
          <w:tcPr>
            <w:tcW w:type="dxa" w:w="4320"/>
          </w:tcPr>
          <w:p/>
        </w:tc>
      </w:tr>
    </w:tbl>
    <w:p>
      <w:pPr>
        <w:jc w:val="center"/>
      </w:pPr>
      <w:r>
        <w:rPr>
          <w:b/>
          <w:i w:val="0"/>
        </w:rPr>
        <w:t>QUITCLAIM DEED</w:t>
      </w:r>
    </w:p>
    <w:p>
      <w:pPr>
        <w:ind w:firstLine="600"/>
      </w:pPr>
      <w:r>
        <w:rPr>
          <w:b w:val="0"/>
          <w:i w:val="0"/>
        </w:rPr>
        <w:t>For good and valuable consideration, [GRANTOR NAME], [MARITAL STATUS], with an address of [GRANTOR ADDRESS] (the "Grantor"), hereby transfers, quitclaims, and conveys, without warranty, express or implied, to [GRANTEE NAME], [GRANTEE CAPACITY], with an address of [GRANTEE ADDRESS] (the "Grantee"), all of the Grantor's right, title, interest, and claim in or to the following real property located in [COUNTY] County, Florida:</w:t>
      </w:r>
    </w:p>
    <w:p>
      <w:r>
        <w:rPr>
          <w:b w:val="0"/>
          <w:i w:val="0"/>
        </w:rPr>
        <w:t>Legal Description: [LEGAL DESCRIPTION]</w:t>
      </w:r>
    </w:p>
    <w:p>
      <w:pPr>
        <w:ind w:firstLine="600"/>
      </w:pPr>
      <w:r>
        <w:rPr>
          <w:b w:val="0"/>
          <w:i w:val="0"/>
        </w:rPr>
        <w:t>Parcel ID #: [PARCEL ID]</w:t>
      </w:r>
    </w:p>
    <w:p>
      <w:r>
        <w:rPr>
          <w:b w:val="0"/>
          <w:i w:val="0"/>
        </w:rPr>
        <w:t>Property Address: [PROPERTY ADDRESS]</w:t>
      </w:r>
    </w:p>
    <w:p>
      <w:r>
        <w:rPr>
          <w:b w:val="0"/>
          <w:i w:val="0"/>
        </w:rPr>
        <w:t>NO TITLE SEARCH PERFORMED. LEGAL DESCRIPTION PROVIDED BY THE GRANTOR.</w:t>
      </w:r>
    </w:p>
    <w:p>
      <w:pPr>
        <w:ind w:firstLine="600"/>
      </w:pPr>
      <w:r>
        <w:rPr>
          <w:b w:val="0"/>
          <w:i w:val="0"/>
        </w:rPr>
        <w:t>The real property is not the homestead of the Grantor or of the Grantor's immediate family.</w:t>
      </w:r>
    </w:p>
    <w:p>
      <w:pPr>
        <w:ind w:firstLine="600"/>
      </w:pPr>
      <w:r>
        <w:rPr>
          <w:b w:val="0"/>
          <w:i w:val="0"/>
        </w:rPr>
        <w:t>[OPTIONAL - HOMESTEAD PROPERTY, REPLACING THE NON-HOMESTEAD SENTENCE ABOVE: The real property is the homestead of the Grantor as defined by the Constitution of the State of Florida.]</w:t>
      </w:r>
    </w:p>
    <w:p>
      <w:pPr>
        <w:ind w:firstLine="600"/>
      </w:pPr>
      <w:r>
        <w:rPr>
          <w:b w:val="0"/>
          <w:i w:val="0"/>
        </w:rPr>
        <w:t>[OPTIONAL - JOINING SPOUSE, MARRIED GRANTOR WHO SOLELY OWNS HOMESTEAD PROPERTY, PLACED AFTER THE HOMESTEAD PARAGRAPH: [SPOUSE NAME], the spouse of the Grantor, joins in this deed to consent to the conveyance and to convey to the Grantee any interest, including any homestead interest, that [SPOUSE NAME] may have in the real property.]</w:t>
      </w:r>
    </w:p>
    <w:p>
      <w:pPr>
        <w:ind w:firstLine="600"/>
      </w:pPr>
      <w:r>
        <w:rPr>
          <w:b w:val="0"/>
          <w:i w:val="0"/>
        </w:rPr>
        <w:t>[OPTIONAL - CANCELLING A RECORDED LADY BIRD DEED: The intent of this Quitclaim Deed is to extinguish the remainder beneficiary interest created in the Enhanced Life Estate Deed recorded [RECORDING DATE] as Instrument # [INSTRUMENT NUMBER] [and/or: Book [BOOK NUMBER], Page [PAGE NUMBER]] in the Public Records of [COUNTY] County, Florida.]</w:t>
      </w:r>
    </w:p>
    <w:p>
      <w:pPr>
        <w:keepNext/>
      </w:pPr>
      <w:r>
        <w:rPr>
          <w:b w:val="0"/>
          <w:i w:val="0"/>
        </w:rPr>
        <w:t>Signed by Grantor, [GRANTOR NAME], this ____ day of ________________, [YEAR].</w:t>
      </w:r>
    </w:p>
    <w:p>
      <w:pPr>
        <w:keepNext/>
        <w:ind w:left="600"/>
      </w:pPr>
      <w:r>
        <w:rPr>
          <w:b w:val="0"/>
          <w:i w:val="0"/>
        </w:rPr>
        <w:t>Grantor</w:t>
      </w:r>
    </w:p>
    <w:p>
      <w:pPr>
        <w:keepNext/>
      </w:pPr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[GRANTOR NAME]</w:t>
      </w:r>
    </w:p>
    <w:p>
      <w:pPr>
        <w:keepNext/>
        <w:ind w:left="600"/>
      </w:pPr>
      <w:r>
        <w:rPr>
          <w:b w:val="0"/>
          <w:i w:val="0"/>
        </w:rPr>
        <w:t>[SECOND SIGNATURE COLUMN - JOINING SPOUSE:</w:t>
      </w:r>
    </w:p>
    <w:p>
      <w:pPr>
        <w:keepNext/>
      </w:pPr>
      <w:r>
        <w:rPr>
          <w:b w:val="0"/>
          <w:i w:val="0"/>
        </w:rPr>
        <w:t>_________________________________</w:t>
      </w:r>
    </w:p>
    <w:p>
      <w:pPr>
        <w:keepNext/>
      </w:pPr>
      <w:r>
        <w:rPr>
          <w:b w:val="0"/>
          <w:i w:val="0"/>
        </w:rPr>
        <w:t>[SPOUSE NAME]</w:t>
      </w:r>
    </w:p>
    <w:p>
      <w:pPr>
        <w:keepNext/>
      </w:pPr>
      <w:r>
        <w:rPr>
          <w:b w:val="0"/>
          <w:i w:val="0"/>
        </w:rPr>
        <w:t>SPOUSE OF GRANTOR</w:t>
      </w:r>
    </w:p>
    <w:p>
      <w:r>
        <w:rPr>
          <w:b w:val="0"/>
          <w:i w:val="0"/>
        </w:rPr>
        <w:t>Address: _______________________________]</w:t>
      </w:r>
    </w:p>
    <w:p>
      <w:pPr>
        <w:keepNext/>
        <w:tabs>
          <w:tab w:pos="4536" w:val="left"/>
        </w:tabs>
        <w:ind w:left="600"/>
      </w:pPr>
      <w:r>
        <w:rPr>
          <w:b w:val="0"/>
          <w:i w:val="0"/>
        </w:rPr>
        <w:t>Witness</w:t>
        <w:tab/>
        <w:t>Witness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_________________________________</w:t>
        <w:tab/>
        <w:t>_________________________________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Signature</w:t>
        <w:tab/>
        <w:t>Signature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_________________________________</w:t>
        <w:tab/>
        <w:t>_________________________________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Printed Name</w:t>
        <w:tab/>
        <w:t>Printed Name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Address: _________________________</w:t>
        <w:tab/>
        <w:t>Address: _________________________</w:t>
      </w:r>
    </w:p>
    <w:p>
      <w:pPr>
        <w:keepNext/>
        <w:tabs>
          <w:tab w:pos="4536" w:val="left"/>
        </w:tabs>
      </w:pPr>
      <w:r>
        <w:rPr>
          <w:b w:val="0"/>
          <w:i w:val="0"/>
        </w:rPr>
        <w:t>_________________________________</w:t>
        <w:tab/>
        <w:t>_________________________________</w:t>
      </w:r>
    </w:p>
    <w:p>
      <w:pPr>
        <w:tabs>
          <w:tab w:pos="4536" w:val="left"/>
        </w:tabs>
      </w:pPr>
      <w:r>
        <w:rPr>
          <w:b w:val="0"/>
          <w:i w:val="0"/>
        </w:rPr>
        <w:t>_________________________________</w:t>
        <w:tab/>
        <w:t>_________________________________</w:t>
      </w:r>
    </w:p>
    <w:p>
      <w:pPr>
        <w:keepNext/>
      </w:pPr>
      <w:r>
        <w:rPr>
          <w:b w:val="0"/>
          <w:i w:val="0"/>
        </w:rPr>
        <w:t>STATE OF ________________________</w:t>
      </w:r>
    </w:p>
    <w:p>
      <w:pPr>
        <w:keepNext/>
      </w:pPr>
      <w:r>
        <w:rPr>
          <w:b w:val="0"/>
          <w:i w:val="0"/>
        </w:rPr>
        <w:t>COUNTY OF _______________________</w:t>
      </w:r>
    </w:p>
    <w:p>
      <w:r>
        <w:rPr>
          <w:b w:val="0"/>
          <w:i w:val="0"/>
        </w:rPr>
        <w:t>The foregoing Quitclaim Deed was acknowledged before me by means of ☐ physical presence or ☐ online notarization on this ____ day of ________________, [YEAR], by [GRANTOR NAME], who is ☐ personally known to me or ☐ who produced ________________________ as identification.</w:t>
      </w:r>
    </w:p>
    <w:p>
      <w:pPr>
        <w:ind w:firstLine="600"/>
      </w:pPr>
      <w:r>
        <w:rPr>
          <w:b w:val="0"/>
          <w:i w:val="0"/>
        </w:rPr>
        <w:t>[ALTERNATIVE - TWO SIGNERS, GRANTOR AND JOINING SPOUSE: The foregoing Quitclaim Deed was acknowledged before me by means of ☐ physical presence or ☐ online notarization on this ____ day of ________________, [YEAR], by [GRANTOR NAME] and [SPOUSE NAME], who are ☐ personally known to me or ☐ who produced ________________________ as identification.]</w:t>
      </w:r>
    </w:p>
    <w:p>
      <w:pPr>
        <w:keepNext/>
        <w:ind w:left="7200"/>
      </w:pPr>
      <w:r>
        <w:rPr>
          <w:b w:val="0"/>
          <w:i w:val="0"/>
        </w:rPr>
        <w:t>Seal:</w:t>
      </w:r>
    </w:p>
    <w:p>
      <w:pPr>
        <w:keepNext/>
      </w:pPr>
      <w:r>
        <w:rPr>
          <w:b w:val="0"/>
          <w:i w:val="0"/>
        </w:rPr>
        <w:t>_________________________________</w:t>
      </w:r>
    </w:p>
    <w:p>
      <w:pPr>
        <w:keepNext/>
      </w:pPr>
      <w:r>
        <w:rPr>
          <w:b w:val="0"/>
          <w:i w:val="0"/>
        </w:rPr>
        <w:t>Notary Signature</w:t>
      </w:r>
    </w:p>
    <w:p>
      <w:pPr>
        <w:keepNext/>
      </w:pPr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Printed Name</w:t>
      </w:r>
    </w:p>
    <w:p>
      <w:r>
        <w:rPr>
          <w:b w:val="0"/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Quitclaim Deed</dc:title>
  <dc:subject/>
  <dc:creator>Alper Law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