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rPr>
          <w:trHeight w:val="4320" w:hRule="atLeast"/>
        </w:trPr>
        <w:tc>
          <w:tcPr>
            <w:tcW w:type="dxa" w:w="4320"/>
          </w:tcPr>
          <w:p>
            <w:r>
              <w:t>This instrument prepared by:</w:t>
            </w:r>
          </w:p>
          <w:p>
            <w:r>
              <w:rPr>
                <w:b w:val="0"/>
                <w:i w:val="0"/>
              </w:rPr>
              <w:t>[NAME]</w:t>
            </w:r>
          </w:p>
          <w:p>
            <w:r>
              <w:rPr>
                <w:b w:val="0"/>
                <w:i w:val="0"/>
              </w:rPr>
              <w:t>[STREET ADDRESS]</w:t>
            </w:r>
          </w:p>
          <w:p>
            <w:r>
              <w:rPr>
                <w:b w:val="0"/>
                <w:i w:val="0"/>
              </w:rPr>
              <w:t>[CITY], [STATE] [ZIP]</w:t>
            </w:r>
          </w:p>
        </w:tc>
        <w:tc>
          <w:tcPr>
            <w:tcW w:type="dxa" w:w="4320"/>
          </w:tcPr>
          <w:p/>
        </w:tc>
      </w:tr>
    </w:tbl>
    <w:p>
      <w:pPr>
        <w:jc w:val="center"/>
      </w:pPr>
      <w:r>
        <w:rPr>
          <w:b/>
          <w:i w:val="0"/>
        </w:rPr>
        <w:t>SATISFACTION OF JUDGMENT</w:t>
      </w:r>
    </w:p>
    <w:p>
      <w:pPr>
        <w:jc w:val="center"/>
      </w:pPr>
      <w:r>
        <w:rPr>
          <w:b/>
          <w:i w:val="0"/>
        </w:rPr>
        <w:t>IN THE [COUNTY COURT / CIRCUIT COURT OF THE [____] JUDICIAL CIRCUIT]</w:t>
      </w:r>
    </w:p>
    <w:p>
      <w:pPr>
        <w:jc w:val="center"/>
      </w:pPr>
      <w:r>
        <w:rPr>
          <w:b/>
          <w:i w:val="0"/>
        </w:rPr>
        <w:t>IN AND FOR [____] COUNTY, FLORIDA</w:t>
      </w:r>
    </w:p>
    <w:p>
      <w:r>
        <w:rPr>
          <w:b w:val="0"/>
          <w:i w:val="0"/>
        </w:rPr>
        <w:t>[NAME OF PLAINTIFF],</w:t>
      </w:r>
    </w:p>
    <w:p>
      <w:pPr>
        <w:ind w:left="720"/>
      </w:pPr>
      <w:r>
        <w:rPr>
          <w:b w:val="0"/>
          <w:i w:val="0"/>
        </w:rPr>
        <w:t>Plaintiff,</w:t>
      </w:r>
    </w:p>
    <w:p>
      <w:pPr>
        <w:tabs>
          <w:tab w:pos="5040" w:val="left"/>
        </w:tabs>
      </w:pPr>
      <w:r>
        <w:rPr>
          <w:b w:val="0"/>
          <w:i w:val="0"/>
        </w:rPr>
        <w:t>v.</w:t>
        <w:tab/>
        <w:t>Case No.: [CASE NUMBER]</w:t>
      </w:r>
    </w:p>
    <w:p>
      <w:r>
        <w:rPr>
          <w:b w:val="0"/>
          <w:i w:val="0"/>
        </w:rPr>
        <w:t>[NAME OF DEFENDANT],</w:t>
      </w:r>
    </w:p>
    <w:p>
      <w:pPr>
        <w:ind w:left="720"/>
      </w:pPr>
      <w:r>
        <w:rPr>
          <w:b w:val="0"/>
          <w:i w:val="0"/>
        </w:rPr>
        <w:t>Defendant.</w:t>
      </w:r>
    </w:p>
    <w:p>
      <w:r>
        <w:rPr>
          <w:b w:val="0"/>
          <w:i w:val="0"/>
        </w:rPr>
        <w:t>_____________________________________/</w:t>
      </w:r>
    </w:p>
    <w:p>
      <w:pPr>
        <w:jc w:val="center"/>
      </w:pPr>
      <w:r>
        <w:rPr>
          <w:b/>
          <w:i w:val="0"/>
        </w:rPr>
        <w:t>SATISFACTION OF JUDGMENT</w:t>
      </w:r>
    </w:p>
    <w:p>
      <w:r>
        <w:rPr>
          <w:b w:val="0"/>
          <w:i w:val="0"/>
        </w:rPr>
        <w:t>The undersigned, [NAME OF JUDGMENT HOLDER], the owner and holder of that certain final judgment rendered in the above-captioned civil action on [DATE], in the amount of $[AMOUNT], in favor of [NAME OF JUDGMENT HOLDER] and against [NAME OF JUDGMENT DEBTOR], recorded in [____] County, Florida, in Official Records Book [____], beginning at Page [____], acknowledges that all sums due under that judgment have been fully paid and that the judgment is satisfied and is canceled and satisfied of record.</w:t>
      </w:r>
    </w:p>
    <w:p>
      <w:r>
        <w:rPr>
          <w:b w:val="0"/>
          <w:i w:val="0"/>
        </w:rPr>
        <w:t>The Clerk of the Court is authorized and directed to cancel the judgment of record.</w:t>
      </w:r>
    </w:p>
    <w:p>
      <w:r>
        <w:rPr>
          <w:b w:val="0"/>
          <w:i w:val="0"/>
        </w:rPr>
        <w:t>Dated on _______________.</w:t>
      </w:r>
    </w:p>
    <w:p>
      <w:r>
        <w:rPr>
          <w:b w:val="0"/>
          <w:i w:val="0"/>
        </w:rPr>
        <w:t>_________________________________</w:t>
      </w:r>
    </w:p>
    <w:p>
      <w:r>
        <w:rPr>
          <w:b w:val="0"/>
          <w:i w:val="0"/>
        </w:rPr>
        <w:t>[NAME OF JUDGMENT HOLDER], Judgment Owner and Holder</w:t>
      </w:r>
    </w:p>
    <w:p>
      <w:r>
        <w:rPr>
          <w:b w:val="0"/>
          <w:i w:val="0"/>
        </w:rPr>
        <w:t>[or: [NAME OF ATTORNEY], attorney for the Judgment Owner and Holder]</w:t>
      </w:r>
    </w:p>
    <w:p>
      <w:r>
        <w:rPr>
          <w:b w:val="0"/>
          <w:i w:val="0"/>
        </w:rPr>
        <w:t>Address: _______________________________</w:t>
      </w:r>
    </w:p>
    <w:p>
      <w:r>
        <w:rPr>
          <w:b w:val="0"/>
          <w:i w:val="0"/>
        </w:rPr>
        <w:t>STATE OF FLORIDA</w:t>
      </w:r>
    </w:p>
    <w:p>
      <w:r>
        <w:rPr>
          <w:b w:val="0"/>
          <w:i w:val="0"/>
        </w:rPr>
        <w:t>COUNTY OF [____]</w:t>
      </w:r>
    </w:p>
    <w:p>
      <w:r>
        <w:rPr>
          <w:b w:val="0"/>
          <w:i w:val="0"/>
        </w:rPr>
        <w:t>The foregoing instrument was acknowledged before me by means of ☐ physical presence or ☐ online notarization on _______________, by [NAME OF SIGNER], who ☐ is personally known to me or ☐ has produced _______________ as identification.</w:t>
      </w:r>
    </w:p>
    <w:p>
      <w:r>
        <w:rPr>
          <w:b w:val="0"/>
          <w:i w:val="0"/>
        </w:rPr>
        <w:t>_________________________________</w:t>
      </w:r>
    </w:p>
    <w:p>
      <w:r>
        <w:rPr>
          <w:b w:val="0"/>
          <w:i w:val="0"/>
        </w:rPr>
        <w:t>Notary Public, State of Florida</w:t>
      </w:r>
    </w:p>
    <w:p>
      <w:r>
        <w:rPr>
          <w:b w:val="0"/>
          <w:i w:val="0"/>
        </w:rPr>
        <w:t>_________________________________</w:t>
      </w:r>
    </w:p>
    <w:p>
      <w:r>
        <w:rPr>
          <w:b w:val="0"/>
          <w:i w:val="0"/>
        </w:rPr>
        <w:t>(Print, type, or stamp commissioned name of Notary Public)</w:t>
      </w:r>
    </w:p>
    <w:p>
      <w:r>
        <w:rPr>
          <w:b w:val="0"/>
          <w:i w:val="0"/>
        </w:rPr>
        <w:t>My commission expires: _______________</w:t>
      </w:r>
    </w:p>
    <w:p>
      <w:r>
        <w:rPr>
          <w:b w:val="0"/>
          <w:i/>
          <w:sz w:val="16"/>
        </w:rPr>
        <w:t>This sample form is for general information only. It is not legal advice, and using it does not create an attorney-client relationship with Alper Law.  |  alperlaw.com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Satisfaction of Judgment</dc:title>
  <dc:subject/>
  <dc:creator>Alper Law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