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4680"/>
        <w:gridCol w:w="4680"/>
      </w:tblGrid>
      <w:tr>
        <w:tc>
          <w:tcPr>
            <w:tcW w:type="dxa" w:w="4680"/>
          </w:tcPr>
          <w:p>
            <w:pPr>
              <w:jc w:val="left"/>
            </w:pPr>
            <w:r>
              <w:t>Certificate No. [CERTIFICATE NUMBER]</w:t>
            </w:r>
          </w:p>
        </w:tc>
        <w:tc>
          <w:tcPr>
            <w:tcW w:type="dxa" w:w="4680"/>
          </w:tcPr>
          <w:p>
            <w:pPr>
              <w:jc w:val="right"/>
            </w:pPr>
            <w:r>
              <w:t>Number of Shares: [NUMBER OF SHARES]</w:t>
            </w:r>
          </w:p>
        </w:tc>
      </w:tr>
    </w:tbl>
    <w:p>
      <w:pPr>
        <w:jc w:val="center"/>
      </w:pPr>
      <w:r>
        <w:rPr>
          <w:b/>
        </w:rPr>
        <w:t>[CORPORATION NAME]</w:t>
      </w:r>
    </w:p>
    <w:p>
      <w:pPr>
        <w:jc w:val="center"/>
      </w:pPr>
      <w:r>
        <w:rPr>
          <w:b w:val="0"/>
        </w:rPr>
        <w:t>A Florida Corporation</w:t>
      </w:r>
    </w:p>
    <w:p>
      <w:pPr>
        <w:jc w:val="center"/>
      </w:pPr>
      <w:r>
        <w:rPr>
          <w:b w:val="0"/>
        </w:rPr>
        <w:t>Authorized Shares: [AUTHORIZED SHARES] shares of Common Stock</w:t>
      </w:r>
    </w:p>
    <w:p>
      <w:r>
        <w:rPr>
          <w:b w:val="0"/>
        </w:rPr>
        <w:t>THIS CERTIFIES that</w:t>
      </w:r>
    </w:p>
    <w:p>
      <w:r>
        <w:rPr>
          <w:b w:val="0"/>
        </w:rPr>
        <w:t>[SPOUSE 1 NAME] and [SPOUSE 2 NAME], a married couple, as tenants by the entireties, are the owners of</w:t>
      </w:r>
    </w:p>
    <w:p>
      <w:r>
        <w:rPr>
          <w:b w:val="0"/>
        </w:rPr>
        <w:t>[NUMBER OF SHARES IN WORDS] ([NUMBER OF SHARES]) fully paid and nonassessable shares of the common stock of the above Corporation, transferable only on the books of the Corporation by the holder of record in person or by duly authorized attorney upon surrender of this Certificate properly endorsed.</w:t>
      </w:r>
    </w:p>
    <w:p>
      <w:r>
        <w:rPr>
          <w:b w:val="0"/>
        </w:rPr>
        <w:t>The Corporation has caused this Certificate to be signed by its duly authorized officers.</w:t>
      </w:r>
    </w:p>
    <w:tbl>
      <w:tblPr>
        <w:tblW w:type="auto" w:w="0"/>
        <w:tblLayout w:type="fixed"/>
        <w:tblLook w:firstColumn="1" w:firstRow="1" w:lastColumn="0" w:lastRow="0" w:noHBand="0" w:noVBand="1" w:val="04A0"/>
      </w:tblPr>
      <w:tblGrid>
        <w:gridCol w:w="4680"/>
        <w:gridCol w:w="4680"/>
      </w:tblGrid>
      <w:tr>
        <w:tc>
          <w:tcPr>
            <w:tcW w:type="dxa" w:w="4680"/>
          </w:tcPr>
          <w:p>
            <w:pPr>
              <w:jc w:val="left"/>
            </w:pPr>
            <w:r>
              <w:t>________________________________</w:t>
            </w:r>
          </w:p>
          <w:p>
            <w:pPr>
              <w:jc w:val="left"/>
            </w:pPr>
            <w:r>
              <w:t>[OFFICER 1 NAME], [OFFICER 1 TITLE]</w:t>
            </w:r>
          </w:p>
          <w:p>
            <w:pPr>
              <w:jc w:val="left"/>
            </w:pPr>
            <w:r>
              <w:t>Date: __________________</w:t>
            </w:r>
          </w:p>
        </w:tc>
        <w:tc>
          <w:tcPr>
            <w:tcW w:type="dxa" w:w="4680"/>
          </w:tcPr>
          <w:p>
            <w:pPr>
              <w:jc w:val="left"/>
            </w:pPr>
            <w:r>
              <w:t>________________________________</w:t>
            </w:r>
          </w:p>
          <w:p>
            <w:pPr>
              <w:jc w:val="left"/>
            </w:pPr>
            <w:r>
              <w:t>[OFFICER 2 NAME], [OFFICER 2 TITLE]</w:t>
            </w:r>
          </w:p>
          <w:p>
            <w:pPr>
              <w:jc w:val="left"/>
            </w:pPr>
            <w:r>
              <w:t>Date: __________________</w:t>
            </w:r>
          </w:p>
        </w:tc>
      </w:tr>
    </w:tbl>
    <w:p>
      <w:r>
        <w:br w:type="page"/>
      </w:r>
    </w:p>
    <w:p>
      <w:pPr>
        <w:jc w:val="center"/>
      </w:pPr>
      <w:r>
        <w:rPr>
          <w:b/>
        </w:rPr>
        <w:t>ASSIGNMENT</w:t>
      </w:r>
    </w:p>
    <w:p>
      <w:r>
        <w:rPr>
          <w:b w:val="0"/>
        </w:rPr>
        <w:t>FOR VALUE RECEIVED, the undersigned assigns and transfers to _______________________________ __________ (__________) shares of the common stock represented by this Certificate, and appoints _______________________________ as attorney to transfer the shares on the books of the Corporation, with full power of substitution.</w:t>
      </w:r>
    </w:p>
    <w:p>
      <w:r>
        <w:rPr>
          <w:b w:val="0"/>
        </w:rPr>
        <w:t>Dated: _______________________</w:t>
      </w:r>
    </w:p>
    <w:p>
      <w:r>
        <w:rPr>
          <w:b w:val="0"/>
        </w:rPr>
        <w:t>________________________________</w:t>
      </w:r>
    </w:p>
    <w:p>
      <w:r>
        <w:rPr>
          <w:b w:val="0"/>
        </w:rPr>
        <w:t>[HOLDER 1 NAME], Shareholder</w:t>
      </w:r>
    </w:p>
    <w:p>
      <w:r>
        <w:rPr>
          <w:b w:val="0"/>
        </w:rPr>
        <w:t>________________________________</w:t>
      </w:r>
    </w:p>
    <w:p>
      <w:r>
        <w:rPr>
          <w:b w:val="0"/>
        </w:rPr>
        <w:t>[HOLDER 2 NAME], Shareholder</w:t>
      </w:r>
    </w:p>
    <w:p>
      <w:r>
        <w:rPr>
          <w:b w:val="0"/>
        </w:rPr>
        <w:t>________________________________</w:t>
      </w:r>
    </w:p>
    <w:p>
      <w:r>
        <w:rPr>
          <w:b w:val="0"/>
        </w:rPr>
        <w:t>Witness</w:t>
      </w:r>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Stock Certificate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