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TBE ACCOUNT DESIGNATION</w:t>
      </w:r>
    </w:p>
    <w:p>
      <w:pPr>
        <w:jc w:val="center"/>
      </w:pPr>
      <w:r>
        <w:rPr>
          <w:b w:val="0"/>
        </w:rPr>
        <w:t>Tenancy by the Entirety — Florida Bank Account</w:t>
      </w:r>
    </w:p>
    <w:p>
      <w:r>
        <w:rPr>
          <w:b w:val="0"/>
        </w:rPr>
        <w:t>[Present this designation to the financial institution when the account is opened. It is for a new account; it is not a request to retitle an existing account.]</w:t>
      </w:r>
    </w:p>
    <w:p>
      <w:r>
        <w:rPr>
          <w:b w:val="0"/>
        </w:rPr>
        <w:t>Financial institution: _______________________________</w:t>
      </w:r>
    </w:p>
    <w:p>
      <w:r>
        <w:rPr>
          <w:b w:val="0"/>
        </w:rPr>
        <w:t>Account number (or "new account"): _______________________________</w:t>
      </w:r>
    </w:p>
    <w:p>
      <w:r>
        <w:rPr>
          <w:b w:val="0"/>
        </w:rPr>
        <w:t>Account title: [Spouse 1 Name] and [Spouse 2 Name], as tenants by the entirety</w:t>
      </w:r>
    </w:p>
    <w:p>
      <w:r>
        <w:rPr>
          <w:b w:val="0"/>
        </w:rPr>
        <w:t>ACCOUNT OWNERSHIP DESIGNATION — TENANCY BY THE ENTIRETY</w:t>
      </w:r>
    </w:p>
    <w:p>
      <w:r>
        <w:rPr>
          <w:b w:val="0"/>
        </w:rPr>
        <w:t>The undersigned depositors, [Spouse 1 Name] and [Spouse 2 Name], who are married to each other, designate Account No. [____] at [Financial Institution] to be owned by them as tenants by the entirety under Florida law, including Section 655.79, Florida Statutes. The account shall be titled "[Spouse 1 Name] and [Spouse 2 Name], as tenants by the entirety." The depositors do not intend to hold the account as joint tenants with right of survivorship, as tenants in common, or in any form of ownership other than a tenancy by the entirety. This designation takes effect on the date the account is opened and applies to all funds deposited in the account and all interest and additions. The depositors direct that this designation be incorporated into the signature card and the account agreement for the account and be maintained in the institution's records.</w:t>
      </w:r>
    </w:p>
    <w:p>
      <w:r>
        <w:rPr>
          <w:b w:val="0"/>
        </w:rPr>
        <w:t>_________________________________          Date: _______________</w:t>
      </w:r>
    </w:p>
    <w:p>
      <w:r>
        <w:rPr>
          <w:b w:val="0"/>
        </w:rPr>
        <w:t>[Spouse 1 Name], Depositor</w:t>
      </w:r>
    </w:p>
    <w:p>
      <w:r>
        <w:rPr>
          <w:b w:val="0"/>
        </w:rPr>
        <w:t>_________________________________          Date: _______________</w:t>
      </w:r>
    </w:p>
    <w:p>
      <w:r>
        <w:rPr>
          <w:b w:val="0"/>
        </w:rPr>
        <w:t>[Spouse 2 Name], Depositor</w:t>
      </w:r>
    </w:p>
    <w:p>
      <w:r>
        <w:rPr>
          <w:b w:val="0"/>
        </w:rPr>
        <w:t>FOR INSTITUTION USE (OPTIONAL)</w:t>
      </w:r>
    </w:p>
    <w:p>
      <w:r>
        <w:rPr>
          <w:b w:val="0"/>
        </w:rPr>
        <w:t>Received and placed in the account file.</w:t>
      </w:r>
    </w:p>
    <w:p>
      <w:r>
        <w:rPr>
          <w:b w:val="0"/>
        </w:rPr>
        <w:t>_________________________________          Date: _______________</w:t>
      </w:r>
    </w:p>
    <w:p>
      <w:r>
        <w:rPr>
          <w:b w:val="0"/>
        </w:rPr>
        <w:t>[Name and title of institution representative]</w:t>
      </w:r>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