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rPr>
        <w:t>DECLARATION OF TENANCY BY THE ENTIRETY</w:t>
      </w:r>
    </w:p>
    <w:p>
      <w:pPr>
        <w:jc w:val="center"/>
      </w:pPr>
      <w:r>
        <w:rPr>
          <w:b/>
          <w:i w:val="0"/>
        </w:rPr>
        <w:t>Joint Account of [Spouse 1 Name] and [Spouse 2 Name]</w:t>
      </w:r>
    </w:p>
    <w:p>
      <w:r>
        <w:rPr>
          <w:b/>
          <w:i w:val="0"/>
        </w:rPr>
        <w:t>ACCOUNT</w:t>
      </w:r>
    </w:p>
    <w:p>
      <w:r>
        <w:rPr>
          <w:b w:val="0"/>
          <w:i w:val="0"/>
        </w:rPr>
        <w:t>Financial institution: _______________________________</w:t>
      </w:r>
    </w:p>
    <w:p>
      <w:r>
        <w:rPr>
          <w:b w:val="0"/>
          <w:i w:val="0"/>
        </w:rPr>
        <w:t>Account number: _______________________________</w:t>
      </w:r>
    </w:p>
    <w:p>
      <w:r>
        <w:rPr>
          <w:b w:val="0"/>
          <w:i w:val="0"/>
        </w:rPr>
        <w:t>Date the account was opened: _______________________________</w:t>
      </w:r>
    </w:p>
    <w:p>
      <w:r>
        <w:rPr>
          <w:b/>
          <w:i w:val="0"/>
        </w:rPr>
        <w:t>DECLARATION</w:t>
      </w:r>
    </w:p>
    <w:p>
      <w:r>
        <w:rPr>
          <w:b w:val="0"/>
          <w:i w:val="0"/>
        </w:rPr>
        <w:t>We, [Spouse 1 Name] and [Spouse 2 Name], declare the following about the account identified above.</w:t>
      </w:r>
    </w:p>
    <w:p>
      <w:r>
        <w:rPr>
          <w:b w:val="0"/>
          <w:i w:val="0"/>
        </w:rPr>
        <w:t>1. We were married to each other on the date the account was opened, and we have been married to each other continuously from that date through the date we sign this declaration.</w:t>
      </w:r>
    </w:p>
    <w:p>
      <w:r>
        <w:rPr>
          <w:b w:val="0"/>
          <w:i w:val="0"/>
        </w:rPr>
        <w:t>2. We opened the account together as its only owners, under one account agreement with the institution. Our ownership began at the same time, on the date the account was opened, and it arose from that same agreement.</w:t>
      </w:r>
    </w:p>
    <w:p>
      <w:r>
        <w:rPr>
          <w:b w:val="0"/>
          <w:i w:val="0"/>
        </w:rPr>
        <w:t>[Paragraphs 1 and 2 describe an account that both spouses opened together while married. Do not sign this declaration if that is not what happened.]</w:t>
      </w:r>
    </w:p>
    <w:p>
      <w:r>
        <w:rPr>
          <w:b w:val="0"/>
          <w:i w:val="0"/>
        </w:rPr>
        <w:t>3. We own the account as tenants by the entirety. We have owned it that way from the date it was opened, and that is the ownership we intended when we opened it.</w:t>
      </w:r>
    </w:p>
    <w:p>
      <w:r>
        <w:rPr>
          <w:b w:val="0"/>
          <w:i w:val="0"/>
        </w:rPr>
        <w:t>4. Each of us owns the whole of the account rather than a divided share. Our interests in the account are identical, and each of us has the same right to possess, use, and control the funds in it.</w:t>
      </w:r>
    </w:p>
    <w:p>
      <w:r>
        <w:rPr>
          <w:b w:val="0"/>
          <w:i w:val="0"/>
        </w:rPr>
        <w:t>5. Neither of us may transfer, pledge, or encumber the account or any part of it without the other.</w:t>
      </w:r>
    </w:p>
    <w:p>
      <w:r>
        <w:rPr>
          <w:b w:val="0"/>
          <w:i w:val="0"/>
        </w:rPr>
        <w:t>6. If one of us dies while we are married to each other and the account is open, the entire account belongs to the survivor.</w:t>
      </w:r>
    </w:p>
    <w:p>
      <w:r>
        <w:rPr>
          <w:b w:val="0"/>
          <w:i w:val="0"/>
        </w:rPr>
        <w:t>7. The institution's account form did not offer tenancy by the entirety as an ownership choice. Neither of us has signed any writing stating that we did not intend to own the account as tenants by the entirety, and neither of us has chosen any other form of ownership for it. Any reference to joint tenancy with right of survivorship, or to any other form of ownership, appearing on the institution's form, records, or statements for the account was not a choice by us to own the account in any form other than a tenancy by the entirety.</w:t>
      </w:r>
    </w:p>
    <w:p>
      <w:r>
        <w:rPr>
          <w:b w:val="0"/>
          <w:i w:val="0"/>
        </w:rPr>
        <w:t>8. We sign this declaration to record ownership the account already has. We are not asking the institution to retitle the account, to change its records, or to change the account agreement. We ask that a signed copy of this declaration be placed in the account file.</w:t>
      </w:r>
    </w:p>
    <w:p>
      <w:pPr>
        <w:keepNext/>
      </w:pPr>
      <w:r>
        <w:rPr>
          <w:b w:val="0"/>
          <w:i w:val="0"/>
        </w:rPr>
        <w:t>Signed on ______________, 20____.</w:t>
      </w:r>
    </w:p>
    <w:p>
      <w:pPr>
        <w:keepNext/>
      </w:pPr>
      <w:r>
        <w:rPr>
          <w:b w:val="0"/>
          <w:i w:val="0"/>
        </w:rPr>
        <w:t>_________________________________</w:t>
      </w:r>
    </w:p>
    <w:p>
      <w:pPr>
        <w:keepNext/>
      </w:pPr>
      <w:r>
        <w:rPr>
          <w:b w:val="0"/>
          <w:i w:val="0"/>
        </w:rPr>
        <w:t>[Spouse 1 Name]</w:t>
      </w:r>
    </w:p>
    <w:p>
      <w:pPr>
        <w:keepNext/>
      </w:pPr>
      <w:r>
        <w:rPr>
          <w:b w:val="0"/>
          <w:i w:val="0"/>
        </w:rPr>
        <w:t>_________________________________</w:t>
      </w:r>
    </w:p>
    <w:p>
      <w:r>
        <w:rPr>
          <w:b w:val="0"/>
          <w:i w:val="0"/>
        </w:rPr>
        <w:t>[Spouse 2 Name]</w:t>
      </w:r>
    </w:p>
    <w:p>
      <w:pPr>
        <w:keepNext/>
      </w:pPr>
      <w:r>
        <w:rPr>
          <w:b w:val="0"/>
          <w:i w:val="0"/>
        </w:rPr>
        <w:t>[The notarial certificate below is optional. Use it if both spouses will sign before a notary public.]</w:t>
      </w:r>
    </w:p>
    <w:p>
      <w:pPr>
        <w:keepNext/>
      </w:pPr>
      <w:r>
        <w:rPr>
          <w:b w:val="0"/>
          <w:i w:val="0"/>
        </w:rPr>
        <w:t>STATE OF FLORIDA</w:t>
      </w:r>
    </w:p>
    <w:p>
      <w:pPr>
        <w:keepNext/>
      </w:pPr>
      <w:r>
        <w:rPr>
          <w:b w:val="0"/>
          <w:i w:val="0"/>
        </w:rPr>
        <w:t>COUNTY OF [____]</w:t>
      </w:r>
    </w:p>
    <w:p>
      <w:r>
        <w:rPr>
          <w:b w:val="0"/>
          <w:i w:val="0"/>
        </w:rPr>
        <w:t>Sworn to and subscribed before me by means of ☐ physical presence or ☐ online notarization, this ____ day of ______________, ______, by [Spouse 1 Name] and [Spouse 2 Name].</w:t>
      </w:r>
    </w:p>
    <w:p>
      <w:pPr>
        <w:keepNext/>
      </w:pPr>
      <w:r>
        <w:rPr>
          <w:b w:val="0"/>
          <w:i w:val="0"/>
        </w:rPr>
        <w:t>_________________________________</w:t>
      </w:r>
    </w:p>
    <w:p>
      <w:pPr>
        <w:keepNext/>
      </w:pPr>
      <w:r>
        <w:rPr>
          <w:b w:val="0"/>
          <w:i w:val="0"/>
        </w:rPr>
        <w:t>(Signature of Notary Public - State of Florida)</w:t>
      </w:r>
    </w:p>
    <w:p>
      <w:pPr>
        <w:keepNext/>
      </w:pPr>
      <w:r>
        <w:rPr>
          <w:b w:val="0"/>
          <w:i w:val="0"/>
        </w:rPr>
        <w:t>_________________________________</w:t>
      </w:r>
    </w:p>
    <w:p>
      <w:pPr>
        <w:keepNext/>
      </w:pPr>
      <w:r>
        <w:rPr>
          <w:b w:val="0"/>
          <w:i w:val="0"/>
        </w:rPr>
        <w:t>(Print, Type, or Stamp Commissioned Name of Notary Public)</w:t>
      </w:r>
    </w:p>
    <w:p>
      <w:pPr>
        <w:keepNext/>
      </w:pPr>
      <w:r>
        <w:rPr>
          <w:b w:val="0"/>
          <w:i w:val="0"/>
        </w:rPr>
        <w:t>Personally Known ________ OR Produced Identification ________</w:t>
      </w:r>
    </w:p>
    <w:p>
      <w:r>
        <w:rPr>
          <w:b w:val="0"/>
          <w:i w:val="0"/>
        </w:rPr>
        <w:t>Type of Identification Produced ______________________________</w:t>
      </w:r>
    </w:p>
    <w:p>
      <w:r>
        <w:rPr>
          <w:b w:val="0"/>
          <w:i/>
          <w:sz w:val="16"/>
        </w:rPr>
        <w:t>This sample form is for general information only. It is not legal advice, and using it does not create an attorney-client relationship with Alper Law.  |  alperlaw.com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Tenancy by the Entirety</dc:title>
  <dc:subject/>
  <dc:creator>Alper Law</dc:creator>
  <cp:keywords/>
  <dc:description>generated by python-docx</dc:description>
  <cp:lastModifiedBy/>
  <cp:revision>1</cp:revision>
  <dcterms:created xsi:type="dcterms:W3CDTF">2013-12-23T23:15:00Z</dcterms:created>
  <dcterms:modified xsi:type="dcterms:W3CDTF">2013-12-23T23:15:00Z</dcterms:modified>
  <cp:category/>
</cp:coreProperties>
</file>